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15609" w14:textId="10398198" w:rsidR="004A7C2E" w:rsidRDefault="007F093F">
      <w:pPr>
        <w:spacing w:after="160"/>
      </w:pPr>
      <w:proofErr w:type="spellStart"/>
      <w:r>
        <w:rPr>
          <w:b/>
          <w:color w:val="EE7421"/>
          <w:sz w:val="40"/>
        </w:rPr>
        <w:t>Entraînement</w:t>
      </w:r>
      <w:proofErr w:type="spellEnd"/>
    </w:p>
    <w:p w14:paraId="58CE4174" w14:textId="77777777" w:rsidR="004A7C2E" w:rsidRDefault="00000000">
      <w:pPr>
        <w:spacing w:after="200"/>
      </w:pPr>
      <w:r>
        <w:t>Effectue, développe si nécessaire, puis réduis les expressions suivantes.</w:t>
      </w:r>
    </w:p>
    <w:p w14:paraId="3CCE4D31" w14:textId="77777777" w:rsidR="004A7C2E" w:rsidRDefault="004A7C2E">
      <w:pPr>
        <w:spacing w:after="0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4A7C2E" w14:paraId="7647B9E3" w14:textId="77777777" w:rsidTr="007F093F">
        <w:trPr>
          <w:trHeight w:val="2094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742BD7" w14:textId="77777777" w:rsidR="004A7C2E" w:rsidRDefault="00000000">
            <w:pPr>
              <w:keepLines/>
              <w:spacing w:before="200" w:after="0"/>
            </w:pPr>
            <w:proofErr w:type="gramStart"/>
            <w:r>
              <w:rPr>
                <w:b/>
              </w:rPr>
              <w:t xml:space="preserve">a)  </w:t>
            </w:r>
            <w:r>
              <w:t>(</w:t>
            </w:r>
            <w:proofErr w:type="gramEnd"/>
            <w:r>
              <w:t>−3x³ + 5x² − 7) − (2x³ − 4x² + 9) =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2A52E" w14:textId="77777777" w:rsidR="004A7C2E" w:rsidRDefault="00000000">
            <w:pPr>
              <w:keepLines/>
              <w:spacing w:before="200" w:after="0"/>
            </w:pPr>
            <w:r>
              <w:rPr>
                <w:b/>
              </w:rPr>
              <w:t xml:space="preserve">f)  </w:t>
            </w:r>
            <w:r>
              <w:t>5y² − 2y(3y − 4) + 3(y² − 2y + 1) =</w:t>
            </w:r>
          </w:p>
        </w:tc>
      </w:tr>
      <w:tr w:rsidR="004A7C2E" w14:paraId="295D5719" w14:textId="77777777" w:rsidTr="007F093F">
        <w:trPr>
          <w:trHeight w:val="2094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B33420" w14:textId="77777777" w:rsidR="004A7C2E" w:rsidRDefault="00000000">
            <w:pPr>
              <w:keepLines/>
              <w:spacing w:before="200" w:after="0"/>
            </w:pPr>
            <w:r>
              <w:rPr>
                <w:b/>
              </w:rPr>
              <w:t xml:space="preserve">b)  </w:t>
            </w:r>
            <w:r>
              <w:t>(−4x² − 6x) · (3x − 5) =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E37070" w14:textId="77777777" w:rsidR="004A7C2E" w:rsidRDefault="00000000">
            <w:pPr>
              <w:keepLines/>
              <w:spacing w:before="200" w:after="0"/>
            </w:pPr>
            <w:r>
              <w:rPr>
                <w:b/>
              </w:rPr>
              <w:t xml:space="preserve">g)  </w:t>
            </w:r>
            <w:r>
              <w:t>−(4x³ − 3x² + 2x − 5) + 2x(x² − 4x + 3) =</w:t>
            </w:r>
          </w:p>
        </w:tc>
      </w:tr>
      <w:tr w:rsidR="004A7C2E" w14:paraId="2FED6C9B" w14:textId="77777777" w:rsidTr="007F093F">
        <w:trPr>
          <w:trHeight w:val="2094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E32ED3" w14:textId="77777777" w:rsidR="004A7C2E" w:rsidRDefault="00000000">
            <w:pPr>
              <w:keepLines/>
              <w:spacing w:before="200" w:after="0"/>
            </w:pPr>
            <w:r>
              <w:rPr>
                <w:b/>
              </w:rPr>
              <w:t xml:space="preserve">c)  </w:t>
            </w:r>
            <w:r>
              <w:t>−3x · (2x² − 5x + 4) =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83F34" w14:textId="77777777" w:rsidR="004A7C2E" w:rsidRDefault="00000000">
            <w:pPr>
              <w:keepLines/>
              <w:spacing w:before="200" w:after="0"/>
            </w:pPr>
            <w:r>
              <w:rPr>
                <w:b/>
              </w:rPr>
              <w:t xml:space="preserve">h)  </w:t>
            </w:r>
            <w:r>
              <w:t>(x − 3)(2x + 1) − (x + 2)(x − 5) =</w:t>
            </w:r>
          </w:p>
        </w:tc>
      </w:tr>
      <w:tr w:rsidR="004A7C2E" w14:paraId="511290DA" w14:textId="77777777" w:rsidTr="007F093F">
        <w:trPr>
          <w:trHeight w:val="2094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C516C" w14:textId="77777777" w:rsidR="004A7C2E" w:rsidRDefault="00000000">
            <w:pPr>
              <w:keepLines/>
              <w:spacing w:before="200" w:after="0"/>
            </w:pPr>
            <w:r>
              <w:rPr>
                <w:b/>
              </w:rPr>
              <w:t xml:space="preserve">d)  </w:t>
            </w:r>
            <w:r>
              <w:t>(2x − 7)(3x + 5) =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7C7147" w14:textId="77777777" w:rsidR="004A7C2E" w:rsidRDefault="00000000">
            <w:pPr>
              <w:keepLines/>
              <w:spacing w:before="200" w:after="0"/>
            </w:pPr>
            <w:r>
              <w:rPr>
                <w:b/>
              </w:rPr>
              <w:t xml:space="preserve">i)  </w:t>
            </w:r>
            <w:r>
              <w:t>2 − (x − 4)(3x + 2) + x(3x − 10) =</w:t>
            </w:r>
          </w:p>
        </w:tc>
      </w:tr>
      <w:tr w:rsidR="004A7C2E" w14:paraId="551C8198" w14:textId="77777777" w:rsidTr="007F093F">
        <w:trPr>
          <w:trHeight w:val="2094"/>
        </w:trPr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BCFCA" w14:textId="77777777" w:rsidR="004A7C2E" w:rsidRDefault="00000000">
            <w:pPr>
              <w:keepLines/>
              <w:spacing w:before="200" w:after="0"/>
            </w:pPr>
            <w:r>
              <w:rPr>
                <w:b/>
              </w:rPr>
              <w:t xml:space="preserve">e)  </w:t>
            </w:r>
            <w:r>
              <w:t>4x² − [3x − (2x² − 5x + 1)] =</w:t>
            </w:r>
          </w:p>
        </w:tc>
        <w:tc>
          <w:tcPr>
            <w:tcW w:w="50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F54FF" w14:textId="77777777" w:rsidR="004A7C2E" w:rsidRDefault="00000000">
            <w:pPr>
              <w:keepLines/>
              <w:spacing w:before="200" w:after="0"/>
            </w:pPr>
            <w:r>
              <w:rPr>
                <w:b/>
              </w:rPr>
              <w:t xml:space="preserve">j)  </w:t>
            </w:r>
            <w:r>
              <w:t>−2(3x − 1)² + (2x + 5)(x − 4) =</w:t>
            </w:r>
          </w:p>
        </w:tc>
      </w:tr>
    </w:tbl>
    <w:p w14:paraId="41A47E95" w14:textId="77777777" w:rsidR="004A7C2E" w:rsidRDefault="004A7C2E">
      <w:pPr>
        <w:sectPr w:rsidR="004A7C2E">
          <w:footerReference w:type="default" r:id="rId8"/>
          <w:pgSz w:w="11906" w:h="16838"/>
          <w:pgMar w:top="765" w:right="822" w:bottom="709" w:left="822" w:header="454" w:footer="454" w:gutter="0"/>
          <w:cols w:space="720"/>
          <w:docGrid w:linePitch="360"/>
        </w:sectPr>
      </w:pPr>
    </w:p>
    <w:p w14:paraId="5E98F637" w14:textId="092D55C0" w:rsidR="004A7C2E" w:rsidRDefault="00000000">
      <w:pPr>
        <w:spacing w:after="160"/>
      </w:pPr>
      <w:r>
        <w:rPr>
          <w:b/>
          <w:color w:val="EE7421"/>
          <w:sz w:val="20"/>
        </w:rPr>
        <w:lastRenderedPageBreak/>
        <w:t xml:space="preserve">CORRIGÉ  </w:t>
      </w:r>
    </w:p>
    <w:p w14:paraId="2D2A7EE3" w14:textId="77777777" w:rsidR="004A7C2E" w:rsidRDefault="00000000">
      <w:pPr>
        <w:spacing w:after="200"/>
      </w:pPr>
      <w:r>
        <w:t>Les étapes intermédiaires essentielles sont indiquées.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A7C2E" w14:paraId="6735813C" w14:textId="77777777">
        <w:trPr>
          <w:trHeight w:val="2013"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8BA56D" w14:textId="2E9753BE" w:rsidR="007F093F" w:rsidRDefault="00000000">
            <w:pPr>
              <w:spacing w:before="140" w:after="0"/>
              <w:rPr>
                <w:b/>
                <w:color w:val="EE7421"/>
                <w:sz w:val="20"/>
              </w:rPr>
            </w:pPr>
            <w:r>
              <w:rPr>
                <w:b/>
                <w:color w:val="EE7421"/>
                <w:sz w:val="20"/>
              </w:rPr>
              <w:t>a)</w:t>
            </w:r>
            <w:r w:rsidR="007F093F">
              <w:t xml:space="preserve"> </w:t>
            </w:r>
            <w:r w:rsidR="007F093F">
              <w:t xml:space="preserve">(−3x³ + 5x² − 7) − (2x³ − 4x² + 9) </w:t>
            </w:r>
            <w:r>
              <w:rPr>
                <w:b/>
                <w:color w:val="EE7421"/>
                <w:sz w:val="20"/>
              </w:rPr>
              <w:t xml:space="preserve">  </w:t>
            </w:r>
          </w:p>
          <w:p w14:paraId="52529B50" w14:textId="55150939" w:rsidR="004A7C2E" w:rsidRDefault="007F093F">
            <w:pPr>
              <w:spacing w:before="140" w:after="0"/>
            </w:pPr>
            <w:r>
              <w:rPr>
                <w:sz w:val="19"/>
              </w:rPr>
              <w:t xml:space="preserve">= </w:t>
            </w:r>
            <w:r w:rsidR="00000000">
              <w:rPr>
                <w:sz w:val="19"/>
              </w:rPr>
              <w:t>−3x³ + 5x² − 7 − 2x³ + 4x² − 9</w:t>
            </w:r>
            <w:r w:rsidR="00000000">
              <w:br/>
            </w:r>
            <w:r w:rsidR="00000000">
              <w:rPr>
                <w:b/>
                <w:sz w:val="19"/>
              </w:rPr>
              <w:t>= −5x³ + 9x² − 16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43CCE" w14:textId="77777777" w:rsidR="007F093F" w:rsidRDefault="00000000">
            <w:pPr>
              <w:spacing w:before="140" w:after="0"/>
            </w:pPr>
            <w:r>
              <w:rPr>
                <w:b/>
                <w:color w:val="EE7421"/>
                <w:sz w:val="20"/>
              </w:rPr>
              <w:t xml:space="preserve">f)  </w:t>
            </w:r>
            <w:r w:rsidR="007F093F">
              <w:t>5y² − 2</w:t>
            </w:r>
            <w:proofErr w:type="gramStart"/>
            <w:r w:rsidR="007F093F">
              <w:t>y(</w:t>
            </w:r>
            <w:proofErr w:type="gramEnd"/>
            <w:r w:rsidR="007F093F">
              <w:t xml:space="preserve">3y − 4) + 3(y² − 2y + 1) </w:t>
            </w:r>
          </w:p>
          <w:p w14:paraId="461D2587" w14:textId="191F27B7" w:rsidR="004A7C2E" w:rsidRPr="007F093F" w:rsidRDefault="007F093F">
            <w:pPr>
              <w:spacing w:before="140" w:after="0"/>
              <w:rPr>
                <w:b/>
                <w:color w:val="EE7421"/>
                <w:sz w:val="20"/>
              </w:rPr>
            </w:pPr>
            <w:r>
              <w:t xml:space="preserve">= </w:t>
            </w:r>
            <w:r w:rsidR="00000000">
              <w:rPr>
                <w:sz w:val="19"/>
              </w:rPr>
              <w:t>5y² − 6y² + 8y + 3y² − 6y + 3</w:t>
            </w:r>
            <w:r w:rsidR="00000000">
              <w:br/>
            </w:r>
            <w:r w:rsidR="00000000">
              <w:rPr>
                <w:b/>
                <w:sz w:val="19"/>
              </w:rPr>
              <w:t>= 2y² + 2y + 3</w:t>
            </w:r>
          </w:p>
        </w:tc>
      </w:tr>
      <w:tr w:rsidR="004A7C2E" w14:paraId="4F9BFC71" w14:textId="77777777">
        <w:trPr>
          <w:trHeight w:val="2013"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2C2E5" w14:textId="768FF161" w:rsidR="007F093F" w:rsidRDefault="00000000">
            <w:pPr>
              <w:spacing w:before="140" w:after="0"/>
              <w:rPr>
                <w:b/>
                <w:color w:val="EE7421"/>
                <w:sz w:val="20"/>
              </w:rPr>
            </w:pPr>
            <w:r>
              <w:rPr>
                <w:b/>
                <w:color w:val="EE7421"/>
                <w:sz w:val="20"/>
              </w:rPr>
              <w:t xml:space="preserve">b) </w:t>
            </w:r>
            <w:r w:rsidR="007F093F">
              <w:t>(−4x² − 6x) · (3x − 5) =</w:t>
            </w:r>
            <w:r>
              <w:rPr>
                <w:b/>
                <w:color w:val="EE7421"/>
                <w:sz w:val="20"/>
              </w:rPr>
              <w:t xml:space="preserve"> </w:t>
            </w:r>
          </w:p>
          <w:p w14:paraId="0AABC8CC" w14:textId="54B62745" w:rsidR="004A7C2E" w:rsidRDefault="007F093F">
            <w:pPr>
              <w:spacing w:before="140" w:after="0"/>
            </w:pPr>
            <w:r>
              <w:rPr>
                <w:sz w:val="19"/>
              </w:rPr>
              <w:t xml:space="preserve">= </w:t>
            </w:r>
            <w:r w:rsidR="00000000">
              <w:rPr>
                <w:sz w:val="19"/>
              </w:rPr>
              <w:t>−12x³ + 20x² − 18x² + 30x</w:t>
            </w:r>
            <w:r w:rsidR="00000000">
              <w:br/>
            </w:r>
            <w:r w:rsidR="00000000">
              <w:rPr>
                <w:b/>
                <w:sz w:val="19"/>
              </w:rPr>
              <w:t>= −12x³ + 2x² + 30x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670044" w14:textId="77777777" w:rsidR="007F093F" w:rsidRDefault="00000000">
            <w:pPr>
              <w:spacing w:before="140" w:after="0"/>
            </w:pPr>
            <w:r>
              <w:rPr>
                <w:b/>
                <w:color w:val="EE7421"/>
                <w:sz w:val="20"/>
              </w:rPr>
              <w:t xml:space="preserve">g)  </w:t>
            </w:r>
            <w:r w:rsidR="007F093F">
              <w:t>−(4x³ − 3x² + 2x − 5) + 2</w:t>
            </w:r>
            <w:proofErr w:type="gramStart"/>
            <w:r w:rsidR="007F093F">
              <w:t>x(</w:t>
            </w:r>
            <w:proofErr w:type="gramEnd"/>
            <w:r w:rsidR="007F093F">
              <w:t xml:space="preserve">x² − 4x + 3) </w:t>
            </w:r>
          </w:p>
          <w:p w14:paraId="7B42E018" w14:textId="307F4C4F" w:rsidR="004A7C2E" w:rsidRDefault="007F093F">
            <w:pPr>
              <w:spacing w:before="140" w:after="0"/>
            </w:pPr>
            <w:r>
              <w:t xml:space="preserve">= </w:t>
            </w:r>
            <w:r w:rsidR="00000000">
              <w:rPr>
                <w:sz w:val="19"/>
              </w:rPr>
              <w:t>−4x³ + 3x² − 2x + 5 + 2x³ − 8x² + 6x</w:t>
            </w:r>
            <w:r w:rsidR="00000000">
              <w:br/>
            </w:r>
            <w:r w:rsidR="00000000">
              <w:rPr>
                <w:b/>
                <w:sz w:val="19"/>
              </w:rPr>
              <w:t>= −2x³ − 5x² + 4x + 5</w:t>
            </w:r>
          </w:p>
        </w:tc>
      </w:tr>
      <w:tr w:rsidR="004A7C2E" w14:paraId="143831BE" w14:textId="77777777">
        <w:trPr>
          <w:trHeight w:val="2013"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BB4DBF" w14:textId="77777777" w:rsidR="007F093F" w:rsidRDefault="00000000">
            <w:pPr>
              <w:spacing w:before="140" w:after="0"/>
            </w:pPr>
            <w:r>
              <w:rPr>
                <w:b/>
                <w:color w:val="EE7421"/>
                <w:sz w:val="20"/>
              </w:rPr>
              <w:t xml:space="preserve">c)  </w:t>
            </w:r>
            <w:r w:rsidR="007F093F">
              <w:t xml:space="preserve">−3x · (2x² − 5x + 4) </w:t>
            </w:r>
          </w:p>
          <w:p w14:paraId="2E306154" w14:textId="77E8B090" w:rsidR="004A7C2E" w:rsidRDefault="007F093F">
            <w:pPr>
              <w:spacing w:before="140" w:after="0"/>
            </w:pPr>
            <w:r>
              <w:t xml:space="preserve">= </w:t>
            </w:r>
            <w:r w:rsidR="00000000">
              <w:rPr>
                <w:sz w:val="19"/>
              </w:rPr>
              <w:t>−6x³ + 15x² − 12x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6EF44F" w14:textId="77777777" w:rsidR="007F093F" w:rsidRDefault="00000000">
            <w:pPr>
              <w:spacing w:before="140" w:after="0"/>
            </w:pPr>
            <w:proofErr w:type="gramStart"/>
            <w:r>
              <w:rPr>
                <w:b/>
                <w:color w:val="EE7421"/>
                <w:sz w:val="20"/>
              </w:rPr>
              <w:t xml:space="preserve">h)  </w:t>
            </w:r>
            <w:r w:rsidR="007F093F">
              <w:t>(</w:t>
            </w:r>
            <w:proofErr w:type="gramEnd"/>
            <w:r w:rsidR="007F093F">
              <w:t xml:space="preserve">x − </w:t>
            </w:r>
            <w:proofErr w:type="gramStart"/>
            <w:r w:rsidR="007F093F">
              <w:t>3)(</w:t>
            </w:r>
            <w:proofErr w:type="gramEnd"/>
            <w:r w:rsidR="007F093F">
              <w:t xml:space="preserve">2x + 1) − (x + </w:t>
            </w:r>
            <w:proofErr w:type="gramStart"/>
            <w:r w:rsidR="007F093F">
              <w:t>2)(</w:t>
            </w:r>
            <w:proofErr w:type="gramEnd"/>
            <w:r w:rsidR="007F093F">
              <w:t xml:space="preserve">x − 5) </w:t>
            </w:r>
          </w:p>
          <w:p w14:paraId="1112AB09" w14:textId="31BCFC03" w:rsidR="004A7C2E" w:rsidRDefault="007F093F">
            <w:pPr>
              <w:spacing w:before="140" w:after="0"/>
            </w:pPr>
            <w:r>
              <w:t xml:space="preserve">= </w:t>
            </w:r>
            <w:r w:rsidR="00000000">
              <w:rPr>
                <w:sz w:val="19"/>
              </w:rPr>
              <w:t>2x</w:t>
            </w:r>
            <w:proofErr w:type="gramStart"/>
            <w:r w:rsidR="00000000">
              <w:rPr>
                <w:sz w:val="19"/>
              </w:rPr>
              <w:t xml:space="preserve">² </w:t>
            </w:r>
            <w:r>
              <w:rPr>
                <w:sz w:val="19"/>
              </w:rPr>
              <w:t xml:space="preserve"> +</w:t>
            </w:r>
            <w:proofErr w:type="gramEnd"/>
            <w:r>
              <w:rPr>
                <w:sz w:val="19"/>
              </w:rPr>
              <w:t xml:space="preserve"> x </w:t>
            </w:r>
            <w:proofErr w:type="gramStart"/>
            <w:r>
              <w:rPr>
                <w:sz w:val="19"/>
              </w:rPr>
              <w:t>-</w:t>
            </w:r>
            <w:r w:rsidR="00000000">
              <w:rPr>
                <w:sz w:val="19"/>
              </w:rPr>
              <w:t xml:space="preserve"> </w:t>
            </w:r>
            <w:r>
              <w:rPr>
                <w:sz w:val="19"/>
              </w:rPr>
              <w:t xml:space="preserve"> 6</w:t>
            </w:r>
            <w:proofErr w:type="gramEnd"/>
            <w:r w:rsidR="00000000">
              <w:rPr>
                <w:sz w:val="19"/>
              </w:rPr>
              <w:t xml:space="preserve">x − 3 − (x² − </w:t>
            </w:r>
            <w:r>
              <w:rPr>
                <w:sz w:val="19"/>
              </w:rPr>
              <w:t>5</w:t>
            </w:r>
            <w:r w:rsidR="00000000">
              <w:rPr>
                <w:sz w:val="19"/>
              </w:rPr>
              <w:t>x</w:t>
            </w:r>
            <w:r>
              <w:rPr>
                <w:sz w:val="19"/>
              </w:rPr>
              <w:t xml:space="preserve"> + 2x</w:t>
            </w:r>
            <w:r w:rsidR="00000000">
              <w:rPr>
                <w:sz w:val="19"/>
              </w:rPr>
              <w:t xml:space="preserve"> − 10)</w:t>
            </w:r>
            <w:r w:rsidR="00000000">
              <w:br/>
            </w:r>
            <w:r w:rsidR="00000000">
              <w:rPr>
                <w:b/>
                <w:sz w:val="19"/>
              </w:rPr>
              <w:t>= x² − 2x + 7</w:t>
            </w:r>
          </w:p>
        </w:tc>
      </w:tr>
      <w:tr w:rsidR="004A7C2E" w14:paraId="27B95E8E" w14:textId="77777777">
        <w:trPr>
          <w:trHeight w:val="2013"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2D6521" w14:textId="230F3944" w:rsidR="007F093F" w:rsidRDefault="00000000">
            <w:pPr>
              <w:spacing w:before="140" w:after="0"/>
            </w:pPr>
            <w:proofErr w:type="gramStart"/>
            <w:r>
              <w:rPr>
                <w:b/>
                <w:color w:val="EE7421"/>
                <w:sz w:val="20"/>
              </w:rPr>
              <w:t xml:space="preserve">d)  </w:t>
            </w:r>
            <w:r w:rsidR="007F093F" w:rsidRPr="007F093F">
              <w:rPr>
                <w:b/>
                <w:color w:val="000000" w:themeColor="text1"/>
                <w:sz w:val="20"/>
              </w:rPr>
              <w:t>(</w:t>
            </w:r>
            <w:proofErr w:type="gramEnd"/>
            <w:r w:rsidR="007F093F">
              <w:t xml:space="preserve">2x − </w:t>
            </w:r>
            <w:proofErr w:type="gramStart"/>
            <w:r w:rsidR="007F093F">
              <w:t>7)(</w:t>
            </w:r>
            <w:proofErr w:type="gramEnd"/>
            <w:r w:rsidR="007F093F">
              <w:t xml:space="preserve">3x + 5) </w:t>
            </w:r>
          </w:p>
          <w:p w14:paraId="4AD905B6" w14:textId="6C3AE4E7" w:rsidR="004A7C2E" w:rsidRDefault="007F093F">
            <w:pPr>
              <w:spacing w:before="140" w:after="0"/>
            </w:pPr>
            <w:r>
              <w:t xml:space="preserve">= </w:t>
            </w:r>
            <w:r w:rsidR="00000000">
              <w:rPr>
                <w:sz w:val="19"/>
              </w:rPr>
              <w:t>6x² + 10x − 21x − 35</w:t>
            </w:r>
            <w:r w:rsidR="00000000">
              <w:br/>
            </w:r>
            <w:r w:rsidR="00000000">
              <w:rPr>
                <w:b/>
                <w:sz w:val="19"/>
              </w:rPr>
              <w:t>= 6x² − 11x − 35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FA032" w14:textId="77777777" w:rsidR="007F093F" w:rsidRDefault="00000000">
            <w:pPr>
              <w:spacing w:before="140" w:after="0"/>
            </w:pPr>
            <w:proofErr w:type="spellStart"/>
            <w:r>
              <w:rPr>
                <w:b/>
                <w:color w:val="EE7421"/>
                <w:sz w:val="20"/>
              </w:rPr>
              <w:t>i</w:t>
            </w:r>
            <w:proofErr w:type="spellEnd"/>
            <w:r>
              <w:rPr>
                <w:b/>
                <w:color w:val="EE7421"/>
                <w:sz w:val="20"/>
              </w:rPr>
              <w:t xml:space="preserve">)  </w:t>
            </w:r>
            <w:r w:rsidR="007F093F">
              <w:t xml:space="preserve">2 − (x − </w:t>
            </w:r>
            <w:proofErr w:type="gramStart"/>
            <w:r w:rsidR="007F093F">
              <w:t>4)(</w:t>
            </w:r>
            <w:proofErr w:type="gramEnd"/>
            <w:r w:rsidR="007F093F">
              <w:t xml:space="preserve">3x + 2) + </w:t>
            </w:r>
            <w:proofErr w:type="gramStart"/>
            <w:r w:rsidR="007F093F">
              <w:t>x(</w:t>
            </w:r>
            <w:proofErr w:type="gramEnd"/>
            <w:r w:rsidR="007F093F">
              <w:t xml:space="preserve">3x − 10) </w:t>
            </w:r>
          </w:p>
          <w:p w14:paraId="02BD0019" w14:textId="297DC6C6" w:rsidR="004A7C2E" w:rsidRDefault="007F093F">
            <w:pPr>
              <w:spacing w:before="140" w:after="0"/>
            </w:pPr>
            <w:r>
              <w:t xml:space="preserve">= </w:t>
            </w:r>
            <w:r w:rsidR="00000000">
              <w:rPr>
                <w:sz w:val="19"/>
              </w:rPr>
              <w:t xml:space="preserve">2 − (3x² </w:t>
            </w:r>
            <w:r>
              <w:rPr>
                <w:sz w:val="19"/>
              </w:rPr>
              <w:t xml:space="preserve">+ 2x </w:t>
            </w:r>
            <w:r w:rsidR="00000000">
              <w:rPr>
                <w:sz w:val="19"/>
              </w:rPr>
              <w:t>− 1</w:t>
            </w:r>
            <w:r>
              <w:rPr>
                <w:sz w:val="19"/>
              </w:rPr>
              <w:t>2</w:t>
            </w:r>
            <w:r w:rsidR="00000000">
              <w:rPr>
                <w:sz w:val="19"/>
              </w:rPr>
              <w:t>x − 8) + 3x² − 10x</w:t>
            </w:r>
            <w:r w:rsidR="00000000">
              <w:br/>
            </w:r>
            <w:r w:rsidR="00000000">
              <w:rPr>
                <w:b/>
                <w:sz w:val="19"/>
              </w:rPr>
              <w:t>= 10</w:t>
            </w:r>
          </w:p>
        </w:tc>
      </w:tr>
      <w:tr w:rsidR="004A7C2E" w14:paraId="3104028D" w14:textId="77777777">
        <w:trPr>
          <w:trHeight w:val="2013"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79349" w14:textId="77777777" w:rsidR="007F093F" w:rsidRDefault="00000000">
            <w:pPr>
              <w:spacing w:before="140" w:after="0"/>
            </w:pPr>
            <w:r>
              <w:rPr>
                <w:b/>
                <w:color w:val="EE7421"/>
                <w:sz w:val="20"/>
              </w:rPr>
              <w:t xml:space="preserve">e)  </w:t>
            </w:r>
            <w:r w:rsidR="007F093F">
              <w:t xml:space="preserve">4x² − [3x − (2x² − 5x + 1)] </w:t>
            </w:r>
          </w:p>
          <w:p w14:paraId="312C3CDA" w14:textId="77777777" w:rsidR="00D955B5" w:rsidRDefault="007F093F">
            <w:pPr>
              <w:spacing w:before="140" w:after="0"/>
              <w:rPr>
                <w:sz w:val="19"/>
              </w:rPr>
            </w:pPr>
            <w:r>
              <w:t xml:space="preserve">= </w:t>
            </w:r>
            <w:r w:rsidR="00000000">
              <w:rPr>
                <w:sz w:val="19"/>
              </w:rPr>
              <w:t>4x² − (3x − 2x² + 5x − 1)</w:t>
            </w:r>
          </w:p>
          <w:p w14:paraId="0D6D2C28" w14:textId="697881CE" w:rsidR="004A7C2E" w:rsidRPr="00D955B5" w:rsidRDefault="00D955B5">
            <w:pPr>
              <w:spacing w:before="140" w:after="0"/>
              <w:rPr>
                <w:sz w:val="19"/>
              </w:rPr>
            </w:pPr>
            <w:r>
              <w:rPr>
                <w:sz w:val="19"/>
              </w:rPr>
              <w:t xml:space="preserve">= </w:t>
            </w:r>
            <w:r>
              <w:rPr>
                <w:sz w:val="19"/>
              </w:rPr>
              <w:t xml:space="preserve">4x² − 3x </w:t>
            </w:r>
            <w:r>
              <w:rPr>
                <w:sz w:val="19"/>
              </w:rPr>
              <w:t>+</w:t>
            </w:r>
            <w:r>
              <w:rPr>
                <w:sz w:val="19"/>
              </w:rPr>
              <w:t xml:space="preserve"> 2x² </w:t>
            </w:r>
            <w:r>
              <w:rPr>
                <w:sz w:val="19"/>
              </w:rPr>
              <w:t>-</w:t>
            </w:r>
            <w:r>
              <w:rPr>
                <w:sz w:val="19"/>
              </w:rPr>
              <w:t xml:space="preserve"> 5x </w:t>
            </w:r>
            <w:r>
              <w:rPr>
                <w:sz w:val="19"/>
              </w:rPr>
              <w:t>+</w:t>
            </w:r>
            <w:r>
              <w:rPr>
                <w:sz w:val="19"/>
              </w:rPr>
              <w:t xml:space="preserve"> 1</w:t>
            </w:r>
            <w:r w:rsidR="00000000">
              <w:br/>
            </w:r>
            <w:r w:rsidR="00000000">
              <w:rPr>
                <w:b/>
                <w:sz w:val="19"/>
              </w:rPr>
              <w:t>= 6x² − 8x + 1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F9E64" w14:textId="77777777" w:rsidR="007F093F" w:rsidRDefault="00000000">
            <w:pPr>
              <w:spacing w:before="140" w:after="0"/>
            </w:pPr>
            <w:r>
              <w:rPr>
                <w:b/>
                <w:color w:val="EE7421"/>
                <w:sz w:val="20"/>
              </w:rPr>
              <w:t xml:space="preserve">j)  </w:t>
            </w:r>
            <w:r w:rsidR="007F093F">
              <w:t xml:space="preserve">−2(3x − </w:t>
            </w:r>
            <w:proofErr w:type="gramStart"/>
            <w:r w:rsidR="007F093F">
              <w:t>1)²</w:t>
            </w:r>
            <w:proofErr w:type="gramEnd"/>
            <w:r w:rsidR="007F093F">
              <w:t xml:space="preserve"> + (2x + </w:t>
            </w:r>
            <w:proofErr w:type="gramStart"/>
            <w:r w:rsidR="007F093F">
              <w:t>5)(</w:t>
            </w:r>
            <w:proofErr w:type="gramEnd"/>
            <w:r w:rsidR="007F093F">
              <w:t xml:space="preserve">x − 4) </w:t>
            </w:r>
          </w:p>
          <w:p w14:paraId="3BDF5261" w14:textId="38B0E057" w:rsidR="007F093F" w:rsidRDefault="007F093F">
            <w:pPr>
              <w:spacing w:before="140" w:after="0"/>
            </w:pPr>
            <w:r>
              <w:t xml:space="preserve">= </w:t>
            </w:r>
            <w:r>
              <w:t xml:space="preserve">−2(3x − </w:t>
            </w:r>
            <w:proofErr w:type="gramStart"/>
            <w:r>
              <w:t>1)</w:t>
            </w:r>
            <w:r>
              <w:t>(</w:t>
            </w:r>
            <w:proofErr w:type="gramEnd"/>
            <w:r>
              <w:t>3x - 1)</w:t>
            </w:r>
            <w:r>
              <w:t xml:space="preserve"> + (2x + </w:t>
            </w:r>
            <w:proofErr w:type="gramStart"/>
            <w:r>
              <w:t>5)(</w:t>
            </w:r>
            <w:proofErr w:type="gramEnd"/>
            <w:r>
              <w:t xml:space="preserve">x − 4) </w:t>
            </w:r>
          </w:p>
          <w:p w14:paraId="185D19CE" w14:textId="77AD3CA2" w:rsidR="007F093F" w:rsidRDefault="007F093F">
            <w:pPr>
              <w:spacing w:before="140" w:after="0"/>
              <w:rPr>
                <w:sz w:val="19"/>
              </w:rPr>
            </w:pPr>
            <w:r>
              <w:t xml:space="preserve">= </w:t>
            </w:r>
            <w:r w:rsidR="00000000">
              <w:rPr>
                <w:sz w:val="19"/>
              </w:rPr>
              <w:t xml:space="preserve">−2(9x² − </w:t>
            </w:r>
            <w:r>
              <w:rPr>
                <w:sz w:val="19"/>
              </w:rPr>
              <w:t>3</w:t>
            </w:r>
            <w:r w:rsidR="00000000">
              <w:rPr>
                <w:sz w:val="19"/>
              </w:rPr>
              <w:t xml:space="preserve">x </w:t>
            </w:r>
            <w:r>
              <w:rPr>
                <w:sz w:val="19"/>
              </w:rPr>
              <w:t xml:space="preserve">− 3x </w:t>
            </w:r>
            <w:r w:rsidR="00000000">
              <w:rPr>
                <w:sz w:val="19"/>
              </w:rPr>
              <w:t xml:space="preserve">+ 1) + 2x² − </w:t>
            </w:r>
            <w:r>
              <w:rPr>
                <w:sz w:val="19"/>
              </w:rPr>
              <w:t>8</w:t>
            </w:r>
            <w:r w:rsidR="00000000">
              <w:rPr>
                <w:sz w:val="19"/>
              </w:rPr>
              <w:t xml:space="preserve">x </w:t>
            </w:r>
            <w:r>
              <w:rPr>
                <w:sz w:val="19"/>
              </w:rPr>
              <w:t>+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z w:val="19"/>
              </w:rPr>
              <w:t xml:space="preserve">x </w:t>
            </w:r>
            <w:r>
              <w:rPr>
                <w:sz w:val="19"/>
              </w:rPr>
              <w:t>–</w:t>
            </w:r>
            <w:r w:rsidR="00000000">
              <w:rPr>
                <w:sz w:val="19"/>
              </w:rPr>
              <w:t xml:space="preserve"> 20</w:t>
            </w:r>
          </w:p>
          <w:p w14:paraId="3043B859" w14:textId="252B47B8" w:rsidR="004A7C2E" w:rsidRDefault="007F093F">
            <w:pPr>
              <w:spacing w:before="140" w:after="0"/>
            </w:pPr>
            <w:r>
              <w:rPr>
                <w:sz w:val="19"/>
              </w:rPr>
              <w:t>=</w:t>
            </w:r>
            <w:r>
              <w:rPr>
                <w:sz w:val="19"/>
              </w:rPr>
              <w:t>−</w:t>
            </w:r>
            <w:r>
              <w:rPr>
                <w:sz w:val="19"/>
              </w:rPr>
              <w:t>18</w:t>
            </w:r>
            <w:r>
              <w:rPr>
                <w:sz w:val="19"/>
              </w:rPr>
              <w:t xml:space="preserve">x² </w:t>
            </w:r>
            <w:r>
              <w:rPr>
                <w:sz w:val="19"/>
              </w:rPr>
              <w:t>+</w:t>
            </w: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>6</w:t>
            </w:r>
            <w:r>
              <w:rPr>
                <w:sz w:val="19"/>
              </w:rPr>
              <w:t xml:space="preserve">x </w:t>
            </w:r>
            <w:r>
              <w:rPr>
                <w:sz w:val="19"/>
              </w:rPr>
              <w:t>+ 6</w:t>
            </w:r>
            <w:r>
              <w:rPr>
                <w:sz w:val="19"/>
              </w:rPr>
              <w:t xml:space="preserve">x </w:t>
            </w:r>
            <w:r>
              <w:rPr>
                <w:sz w:val="19"/>
              </w:rPr>
              <w:t>- 2</w:t>
            </w:r>
            <w:r>
              <w:rPr>
                <w:sz w:val="19"/>
              </w:rPr>
              <w:t>+ 2x² − 8x + 5x – 20</w:t>
            </w:r>
            <w:r w:rsidR="00000000">
              <w:br/>
            </w:r>
            <w:r w:rsidR="00000000">
              <w:rPr>
                <w:b/>
                <w:sz w:val="19"/>
              </w:rPr>
              <w:t>= −16x² + 9x − 22</w:t>
            </w:r>
          </w:p>
        </w:tc>
      </w:tr>
    </w:tbl>
    <w:p w14:paraId="01E2BB5C" w14:textId="77777777" w:rsidR="006F4C64" w:rsidRDefault="006F4C64"/>
    <w:sectPr w:rsidR="006F4C64" w:rsidSect="00034616">
      <w:pgSz w:w="11906" w:h="16838"/>
      <w:pgMar w:top="765" w:right="822" w:bottom="709" w:left="822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51265" w14:textId="77777777" w:rsidR="006F4C64" w:rsidRDefault="006F4C64">
      <w:pPr>
        <w:spacing w:after="0" w:line="240" w:lineRule="auto"/>
      </w:pPr>
      <w:r>
        <w:separator/>
      </w:r>
    </w:p>
  </w:endnote>
  <w:endnote w:type="continuationSeparator" w:id="0">
    <w:p w14:paraId="321864B3" w14:textId="77777777" w:rsidR="006F4C64" w:rsidRDefault="006F4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524F" w14:textId="77777777" w:rsidR="004A7C2E" w:rsidRDefault="00000000">
    <w:pPr>
      <w:pStyle w:val="Pieddepage"/>
      <w:jc w:val="center"/>
    </w:pPr>
    <w:proofErr w:type="spellStart"/>
    <w:r>
      <w:rPr>
        <w:color w:val="787878"/>
        <w:sz w:val="17"/>
      </w:rPr>
      <w:t>Mathématiques</w:t>
    </w:r>
    <w:proofErr w:type="spellEnd"/>
    <w:r>
      <w:rPr>
        <w:color w:val="787878"/>
        <w:sz w:val="17"/>
      </w:rPr>
      <w:t xml:space="preserve"> · 11e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2BE01" w14:textId="77777777" w:rsidR="006F4C64" w:rsidRDefault="006F4C64">
      <w:pPr>
        <w:spacing w:after="0" w:line="240" w:lineRule="auto"/>
      </w:pPr>
      <w:r>
        <w:separator/>
      </w:r>
    </w:p>
  </w:footnote>
  <w:footnote w:type="continuationSeparator" w:id="0">
    <w:p w14:paraId="435AE585" w14:textId="77777777" w:rsidR="006F4C64" w:rsidRDefault="006F4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0339313">
    <w:abstractNumId w:val="8"/>
  </w:num>
  <w:num w:numId="2" w16cid:durableId="2048599559">
    <w:abstractNumId w:val="6"/>
  </w:num>
  <w:num w:numId="3" w16cid:durableId="704866069">
    <w:abstractNumId w:val="5"/>
  </w:num>
  <w:num w:numId="4" w16cid:durableId="1759522958">
    <w:abstractNumId w:val="4"/>
  </w:num>
  <w:num w:numId="5" w16cid:durableId="449710873">
    <w:abstractNumId w:val="7"/>
  </w:num>
  <w:num w:numId="6" w16cid:durableId="839735976">
    <w:abstractNumId w:val="3"/>
  </w:num>
  <w:num w:numId="7" w16cid:durableId="1345521972">
    <w:abstractNumId w:val="2"/>
  </w:num>
  <w:num w:numId="8" w16cid:durableId="442266212">
    <w:abstractNumId w:val="1"/>
  </w:num>
  <w:num w:numId="9" w16cid:durableId="388307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A7C2E"/>
    <w:rsid w:val="004E551C"/>
    <w:rsid w:val="006F4C64"/>
    <w:rsid w:val="007F093F"/>
    <w:rsid w:val="00AA1D8D"/>
    <w:rsid w:val="00B47730"/>
    <w:rsid w:val="00CB0664"/>
    <w:rsid w:val="00D955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9AF9728"/>
  <w14:defaultImageDpi w14:val="300"/>
  <w15:docId w15:val="{9180D8E4-DEAA-A642-AA9C-1840A779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D2D2D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de réductions algébriques – 11e</dc:title>
  <dc:subject>Développement et réduction d’expressions algébriques</dc:subject>
  <dc:creator>ChatGPT</dc:creator>
  <cp:keywords/>
  <dc:description>generated by python-docx</dc:description>
  <cp:lastModifiedBy>Raphaèle Milard Jurczenko</cp:lastModifiedBy>
  <cp:revision>3</cp:revision>
  <dcterms:created xsi:type="dcterms:W3CDTF">2026-08-26T13:48:00Z</dcterms:created>
  <dcterms:modified xsi:type="dcterms:W3CDTF">2026-08-26T13:48:00Z</dcterms:modified>
  <cp:category/>
</cp:coreProperties>
</file>