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9B43E" w14:textId="77777777" w:rsidR="00371739" w:rsidRDefault="00000000">
      <w:pPr>
        <w:spacing w:after="60"/>
        <w:jc w:val="center"/>
      </w:pPr>
      <w:r>
        <w:rPr>
          <w:b/>
          <w:color w:val="17365D"/>
          <w:sz w:val="44"/>
        </w:rPr>
        <w:t>Décomposition en facteurs premiers</w:t>
      </w:r>
    </w:p>
    <w:p w14:paraId="196494A7" w14:textId="77777777" w:rsidR="00371739" w:rsidRDefault="00000000">
      <w:pPr>
        <w:spacing w:after="240"/>
        <w:jc w:val="center"/>
      </w:pPr>
      <w:r>
        <w:rPr>
          <w:color w:val="666666"/>
        </w:rPr>
        <w:t>Fiche d’entraînement</w:t>
      </w:r>
    </w:p>
    <w:p w14:paraId="3A4B0CF5" w14:textId="77777777" w:rsidR="00D34958" w:rsidRDefault="00D34958">
      <w:pPr>
        <w:spacing w:after="20"/>
      </w:pPr>
    </w:p>
    <w:p w14:paraId="67EC3320" w14:textId="77777777" w:rsidR="00371739" w:rsidRDefault="00000000">
      <w:pPr>
        <w:spacing w:after="160"/>
      </w:pPr>
      <w:r>
        <w:rPr>
          <w:b/>
          <w:color w:val="2E74B5"/>
        </w:rPr>
        <w:t xml:space="preserve">Consigne — </w:t>
      </w:r>
      <w:r>
        <w:rPr>
          <w:color w:val="000000"/>
        </w:rPr>
        <w:t>Décompose chaque nombre en produit de facteurs premiers. Écris le résultat final avec des puissances lorsque c’est possible.</w:t>
      </w:r>
    </w:p>
    <w:tbl>
      <w:tblPr>
        <w:tblStyle w:val="Grilledutableau"/>
        <w:tblW w:w="10067" w:type="dxa"/>
        <w:jc w:val="center"/>
        <w:tblLayout w:type="fixed"/>
        <w:tblLook w:val="04A0" w:firstRow="1" w:lastRow="0" w:firstColumn="1" w:lastColumn="0" w:noHBand="0" w:noVBand="1"/>
      </w:tblPr>
      <w:tblGrid>
        <w:gridCol w:w="10067"/>
      </w:tblGrid>
      <w:tr w:rsidR="00D34958" w:rsidRPr="00D34958" w14:paraId="4EAD5AFA" w14:textId="77777777" w:rsidTr="00D34958">
        <w:trPr>
          <w:trHeight w:val="2353"/>
          <w:jc w:val="center"/>
        </w:trPr>
        <w:tc>
          <w:tcPr>
            <w:tcW w:w="10067" w:type="dxa"/>
            <w:shd w:val="clear" w:color="auto" w:fill="EAF2F8"/>
          </w:tcPr>
          <w:p w14:paraId="674C5CF7" w14:textId="3E3CBAAD" w:rsidR="00D34958" w:rsidRPr="00D34958" w:rsidRDefault="00D34958" w:rsidP="00D34958">
            <w:pPr>
              <w:spacing w:after="0"/>
            </w:pPr>
            <w:r>
              <w:rPr>
                <w:b/>
                <w:color w:val="17365D"/>
                <w:sz w:val="24"/>
              </w:rPr>
              <w:t>a.</w:t>
            </w:r>
            <w:r w:rsidRPr="00D34958">
              <w:rPr>
                <w:b/>
                <w:color w:val="17365D"/>
                <w:sz w:val="24"/>
              </w:rPr>
              <w:t xml:space="preserve">  24</w:t>
            </w:r>
          </w:p>
          <w:p w14:paraId="4393B294" w14:textId="77777777" w:rsidR="00D34958" w:rsidRPr="00D34958" w:rsidRDefault="00D34958" w:rsidP="00D34958">
            <w:pPr>
              <w:spacing w:after="0"/>
            </w:pPr>
            <w:proofErr w:type="spellStart"/>
            <w:proofErr w:type="gramStart"/>
            <w:r w:rsidRPr="00D34958">
              <w:rPr>
                <w:color w:val="000000"/>
                <w:sz w:val="21"/>
              </w:rPr>
              <w:t>Calculs</w:t>
            </w:r>
            <w:proofErr w:type="spellEnd"/>
            <w:r w:rsidRPr="00D34958">
              <w:rPr>
                <w:color w:val="000000"/>
                <w:sz w:val="21"/>
              </w:rPr>
              <w:t xml:space="preserve"> :</w:t>
            </w:r>
            <w:proofErr w:type="gramEnd"/>
            <w:r w:rsidRPr="00D34958">
              <w:br/>
            </w:r>
            <w:r w:rsidRPr="00D34958">
              <w:br/>
            </w:r>
          </w:p>
          <w:p w14:paraId="0FD8698A" w14:textId="77777777" w:rsidR="00D34958" w:rsidRPr="00D34958" w:rsidRDefault="00D34958" w:rsidP="00D34958">
            <w:pPr>
              <w:spacing w:after="0"/>
            </w:pPr>
          </w:p>
          <w:p w14:paraId="19E3AE95" w14:textId="7C557C91" w:rsidR="00D34958" w:rsidRPr="00D34958" w:rsidRDefault="00D34958" w:rsidP="00D34958">
            <w:pPr>
              <w:spacing w:after="0"/>
            </w:pPr>
            <w:r w:rsidRPr="00D34958">
              <w:br/>
            </w:r>
            <w:proofErr w:type="gramStart"/>
            <w:r w:rsidRPr="00D34958">
              <w:rPr>
                <w:color w:val="000000"/>
                <w:sz w:val="21"/>
              </w:rPr>
              <w:t>Réponse :</w:t>
            </w:r>
            <w:proofErr w:type="gramEnd"/>
            <w:r w:rsidRPr="00D34958">
              <w:rPr>
                <w:color w:val="000000"/>
                <w:sz w:val="21"/>
              </w:rPr>
              <w:t xml:space="preserve">  ______________________________</w:t>
            </w:r>
          </w:p>
        </w:tc>
      </w:tr>
      <w:tr w:rsidR="00D34958" w:rsidRPr="00D34958" w14:paraId="4F4C5730" w14:textId="77777777" w:rsidTr="00D34958">
        <w:trPr>
          <w:trHeight w:val="2353"/>
          <w:jc w:val="center"/>
        </w:trPr>
        <w:tc>
          <w:tcPr>
            <w:tcW w:w="10067" w:type="dxa"/>
            <w:shd w:val="clear" w:color="auto" w:fill="EAF2F8"/>
          </w:tcPr>
          <w:p w14:paraId="38B7891E" w14:textId="30794271" w:rsidR="00D34958" w:rsidRPr="00D34958" w:rsidRDefault="00D34958" w:rsidP="00D34958">
            <w:pPr>
              <w:spacing w:after="0"/>
            </w:pPr>
            <w:r>
              <w:rPr>
                <w:b/>
                <w:color w:val="17365D"/>
                <w:sz w:val="24"/>
              </w:rPr>
              <w:t>b</w:t>
            </w:r>
            <w:r w:rsidRPr="00D34958">
              <w:rPr>
                <w:b/>
                <w:color w:val="17365D"/>
                <w:sz w:val="24"/>
              </w:rPr>
              <w:t>.  54</w:t>
            </w:r>
          </w:p>
          <w:p w14:paraId="1DA4C18E" w14:textId="77777777" w:rsidR="00D34958" w:rsidRPr="00D34958" w:rsidRDefault="00D34958" w:rsidP="00D34958">
            <w:pPr>
              <w:spacing w:after="0"/>
            </w:pPr>
            <w:proofErr w:type="spellStart"/>
            <w:proofErr w:type="gramStart"/>
            <w:r w:rsidRPr="00D34958">
              <w:rPr>
                <w:color w:val="000000"/>
                <w:sz w:val="21"/>
              </w:rPr>
              <w:t>Calculs</w:t>
            </w:r>
            <w:proofErr w:type="spellEnd"/>
            <w:r w:rsidRPr="00D34958">
              <w:rPr>
                <w:color w:val="000000"/>
                <w:sz w:val="21"/>
              </w:rPr>
              <w:t xml:space="preserve"> :</w:t>
            </w:r>
            <w:proofErr w:type="gramEnd"/>
            <w:r w:rsidRPr="00D34958">
              <w:br/>
            </w:r>
            <w:r w:rsidRPr="00D34958">
              <w:br/>
            </w:r>
          </w:p>
          <w:p w14:paraId="6A2B87DA" w14:textId="77777777" w:rsidR="00D34958" w:rsidRPr="00D34958" w:rsidRDefault="00D34958" w:rsidP="00D34958">
            <w:pPr>
              <w:spacing w:after="0"/>
            </w:pPr>
          </w:p>
          <w:p w14:paraId="5BCC7FB6" w14:textId="54A21C7B" w:rsidR="00D34958" w:rsidRPr="00D34958" w:rsidRDefault="00D34958" w:rsidP="00D34958">
            <w:pPr>
              <w:spacing w:after="0"/>
            </w:pPr>
            <w:r w:rsidRPr="00D34958">
              <w:br/>
            </w:r>
            <w:proofErr w:type="gramStart"/>
            <w:r w:rsidRPr="00D34958">
              <w:rPr>
                <w:color w:val="000000"/>
                <w:sz w:val="21"/>
              </w:rPr>
              <w:t>Réponse :</w:t>
            </w:r>
            <w:proofErr w:type="gramEnd"/>
            <w:r w:rsidRPr="00D34958">
              <w:rPr>
                <w:color w:val="000000"/>
                <w:sz w:val="21"/>
              </w:rPr>
              <w:t xml:space="preserve">  ______________________________</w:t>
            </w:r>
          </w:p>
        </w:tc>
      </w:tr>
      <w:tr w:rsidR="00D34958" w:rsidRPr="00D34958" w14:paraId="1D658922" w14:textId="77777777" w:rsidTr="00D34958">
        <w:trPr>
          <w:trHeight w:val="2353"/>
          <w:jc w:val="center"/>
        </w:trPr>
        <w:tc>
          <w:tcPr>
            <w:tcW w:w="10067" w:type="dxa"/>
            <w:shd w:val="clear" w:color="auto" w:fill="EAF2F8"/>
          </w:tcPr>
          <w:p w14:paraId="608D5682" w14:textId="52CE12AE" w:rsidR="00D34958" w:rsidRPr="00D34958" w:rsidRDefault="00D34958" w:rsidP="00D34958">
            <w:pPr>
              <w:spacing w:after="0"/>
            </w:pPr>
            <w:r>
              <w:rPr>
                <w:b/>
                <w:color w:val="17365D"/>
                <w:sz w:val="24"/>
              </w:rPr>
              <w:t>c.</w:t>
            </w:r>
            <w:r w:rsidRPr="00D34958">
              <w:rPr>
                <w:b/>
                <w:color w:val="17365D"/>
                <w:sz w:val="24"/>
              </w:rPr>
              <w:t xml:space="preserve">  500</w:t>
            </w:r>
          </w:p>
          <w:p w14:paraId="77EAAFDF" w14:textId="77777777" w:rsidR="00D34958" w:rsidRPr="00D34958" w:rsidRDefault="00D34958" w:rsidP="00D34958">
            <w:pPr>
              <w:spacing w:after="0"/>
            </w:pPr>
            <w:proofErr w:type="spellStart"/>
            <w:proofErr w:type="gramStart"/>
            <w:r w:rsidRPr="00D34958">
              <w:rPr>
                <w:color w:val="000000"/>
                <w:sz w:val="21"/>
              </w:rPr>
              <w:t>Calculs</w:t>
            </w:r>
            <w:proofErr w:type="spellEnd"/>
            <w:r w:rsidRPr="00D34958">
              <w:rPr>
                <w:color w:val="000000"/>
                <w:sz w:val="21"/>
              </w:rPr>
              <w:t xml:space="preserve"> :</w:t>
            </w:r>
            <w:proofErr w:type="gramEnd"/>
            <w:r w:rsidRPr="00D34958">
              <w:br/>
            </w:r>
            <w:r w:rsidRPr="00D34958">
              <w:br/>
            </w:r>
          </w:p>
          <w:p w14:paraId="5B89674C" w14:textId="77777777" w:rsidR="00D34958" w:rsidRPr="00D34958" w:rsidRDefault="00D34958" w:rsidP="00D34958">
            <w:pPr>
              <w:spacing w:after="0"/>
            </w:pPr>
          </w:p>
          <w:p w14:paraId="7232AEB7" w14:textId="016A0689" w:rsidR="00D34958" w:rsidRPr="00D34958" w:rsidRDefault="00D34958" w:rsidP="00D34958">
            <w:pPr>
              <w:spacing w:after="0"/>
            </w:pPr>
            <w:r w:rsidRPr="00D34958">
              <w:br/>
            </w:r>
            <w:proofErr w:type="gramStart"/>
            <w:r w:rsidRPr="00D34958">
              <w:rPr>
                <w:color w:val="000000"/>
                <w:sz w:val="21"/>
              </w:rPr>
              <w:t>Réponse :</w:t>
            </w:r>
            <w:proofErr w:type="gramEnd"/>
            <w:r w:rsidRPr="00D34958">
              <w:rPr>
                <w:color w:val="000000"/>
                <w:sz w:val="21"/>
              </w:rPr>
              <w:t xml:space="preserve">  ______________________________</w:t>
            </w:r>
          </w:p>
        </w:tc>
      </w:tr>
      <w:tr w:rsidR="00D34958" w:rsidRPr="00D34958" w14:paraId="35D84BE0" w14:textId="77777777" w:rsidTr="00D34958">
        <w:trPr>
          <w:trHeight w:val="2353"/>
          <w:jc w:val="center"/>
        </w:trPr>
        <w:tc>
          <w:tcPr>
            <w:tcW w:w="10067" w:type="dxa"/>
            <w:shd w:val="clear" w:color="auto" w:fill="EAF2F8"/>
          </w:tcPr>
          <w:p w14:paraId="23194EDE" w14:textId="58793139" w:rsidR="00D34958" w:rsidRPr="00D34958" w:rsidRDefault="00D34958" w:rsidP="00D34958">
            <w:pPr>
              <w:spacing w:after="0"/>
            </w:pPr>
            <w:r>
              <w:rPr>
                <w:b/>
                <w:color w:val="17365D"/>
                <w:sz w:val="24"/>
              </w:rPr>
              <w:t>d</w:t>
            </w:r>
            <w:r w:rsidRPr="00D34958">
              <w:rPr>
                <w:b/>
                <w:color w:val="17365D"/>
                <w:sz w:val="24"/>
              </w:rPr>
              <w:t>.  288</w:t>
            </w:r>
          </w:p>
          <w:p w14:paraId="3545FCA5" w14:textId="77777777" w:rsidR="00D34958" w:rsidRPr="00D34958" w:rsidRDefault="00D34958" w:rsidP="00D34958">
            <w:pPr>
              <w:spacing w:after="0"/>
            </w:pPr>
            <w:proofErr w:type="spellStart"/>
            <w:proofErr w:type="gramStart"/>
            <w:r w:rsidRPr="00D34958">
              <w:rPr>
                <w:color w:val="000000"/>
                <w:sz w:val="21"/>
              </w:rPr>
              <w:t>Calculs</w:t>
            </w:r>
            <w:proofErr w:type="spellEnd"/>
            <w:r w:rsidRPr="00D34958">
              <w:rPr>
                <w:color w:val="000000"/>
                <w:sz w:val="21"/>
              </w:rPr>
              <w:t xml:space="preserve"> :</w:t>
            </w:r>
            <w:proofErr w:type="gramEnd"/>
            <w:r w:rsidRPr="00D34958">
              <w:br/>
            </w:r>
            <w:r w:rsidRPr="00D34958">
              <w:br/>
            </w:r>
          </w:p>
          <w:p w14:paraId="0FFAFDD0" w14:textId="77777777" w:rsidR="00D34958" w:rsidRPr="00D34958" w:rsidRDefault="00D34958" w:rsidP="00D34958">
            <w:pPr>
              <w:spacing w:after="0"/>
            </w:pPr>
          </w:p>
          <w:p w14:paraId="5B826E8F" w14:textId="58FA28C5" w:rsidR="00D34958" w:rsidRPr="00D34958" w:rsidRDefault="00D34958" w:rsidP="00D34958">
            <w:pPr>
              <w:spacing w:after="0"/>
            </w:pPr>
            <w:r w:rsidRPr="00D34958">
              <w:br/>
            </w:r>
            <w:proofErr w:type="gramStart"/>
            <w:r w:rsidRPr="00D34958">
              <w:rPr>
                <w:color w:val="000000"/>
                <w:sz w:val="21"/>
              </w:rPr>
              <w:t>Réponse :</w:t>
            </w:r>
            <w:proofErr w:type="gramEnd"/>
            <w:r w:rsidRPr="00D34958">
              <w:rPr>
                <w:color w:val="000000"/>
                <w:sz w:val="21"/>
              </w:rPr>
              <w:t xml:space="preserve">  ______________________________</w:t>
            </w:r>
          </w:p>
        </w:tc>
      </w:tr>
      <w:tr w:rsidR="00D34958" w:rsidRPr="00D34958" w14:paraId="253526AB" w14:textId="77777777" w:rsidTr="00D34958">
        <w:trPr>
          <w:trHeight w:val="2353"/>
          <w:jc w:val="center"/>
        </w:trPr>
        <w:tc>
          <w:tcPr>
            <w:tcW w:w="10067" w:type="dxa"/>
            <w:shd w:val="clear" w:color="auto" w:fill="EAF2F8"/>
          </w:tcPr>
          <w:p w14:paraId="1A21F180" w14:textId="21BF8F3E" w:rsidR="00D34958" w:rsidRPr="00D34958" w:rsidRDefault="00D34958" w:rsidP="00D34958">
            <w:pPr>
              <w:spacing w:after="0"/>
            </w:pPr>
            <w:r>
              <w:rPr>
                <w:b/>
                <w:color w:val="17365D"/>
                <w:sz w:val="24"/>
              </w:rPr>
              <w:t>e</w:t>
            </w:r>
            <w:r w:rsidRPr="00D34958">
              <w:rPr>
                <w:b/>
                <w:color w:val="17365D"/>
                <w:sz w:val="24"/>
              </w:rPr>
              <w:t>.  128</w:t>
            </w:r>
          </w:p>
          <w:p w14:paraId="1981B2D7" w14:textId="77777777" w:rsidR="00D34958" w:rsidRPr="00D34958" w:rsidRDefault="00D34958" w:rsidP="00D34958">
            <w:pPr>
              <w:spacing w:after="0"/>
            </w:pPr>
            <w:proofErr w:type="spellStart"/>
            <w:proofErr w:type="gramStart"/>
            <w:r w:rsidRPr="00D34958">
              <w:rPr>
                <w:color w:val="000000"/>
                <w:sz w:val="21"/>
              </w:rPr>
              <w:t>Calculs</w:t>
            </w:r>
            <w:proofErr w:type="spellEnd"/>
            <w:r w:rsidRPr="00D34958">
              <w:rPr>
                <w:color w:val="000000"/>
                <w:sz w:val="21"/>
              </w:rPr>
              <w:t xml:space="preserve"> :</w:t>
            </w:r>
            <w:proofErr w:type="gramEnd"/>
            <w:r w:rsidRPr="00D34958">
              <w:br/>
            </w:r>
            <w:r w:rsidRPr="00D34958">
              <w:br/>
            </w:r>
          </w:p>
          <w:p w14:paraId="3E219DEF" w14:textId="77777777" w:rsidR="00D34958" w:rsidRPr="00D34958" w:rsidRDefault="00D34958" w:rsidP="00D34958">
            <w:pPr>
              <w:spacing w:after="0"/>
            </w:pPr>
          </w:p>
          <w:p w14:paraId="49A6F5EB" w14:textId="1FB6AD43" w:rsidR="00D34958" w:rsidRPr="00D34958" w:rsidRDefault="00D34958" w:rsidP="00D34958">
            <w:pPr>
              <w:spacing w:after="0"/>
            </w:pPr>
            <w:r w:rsidRPr="00D34958">
              <w:br/>
            </w:r>
            <w:proofErr w:type="gramStart"/>
            <w:r w:rsidRPr="00D34958">
              <w:rPr>
                <w:color w:val="000000"/>
                <w:sz w:val="21"/>
              </w:rPr>
              <w:t>Réponse :</w:t>
            </w:r>
            <w:proofErr w:type="gramEnd"/>
            <w:r w:rsidRPr="00D34958">
              <w:rPr>
                <w:color w:val="000000"/>
                <w:sz w:val="21"/>
              </w:rPr>
              <w:t xml:space="preserve">  ______________________________</w:t>
            </w:r>
          </w:p>
        </w:tc>
      </w:tr>
      <w:tr w:rsidR="00D34958" w:rsidRPr="00D34958" w14:paraId="339225EF" w14:textId="77777777" w:rsidTr="00D34958">
        <w:tblPrEx>
          <w:jc w:val="left"/>
        </w:tblPrEx>
        <w:trPr>
          <w:trHeight w:val="2684"/>
        </w:trPr>
        <w:tc>
          <w:tcPr>
            <w:tcW w:w="10067" w:type="dxa"/>
          </w:tcPr>
          <w:p w14:paraId="595945AA" w14:textId="57AC05A3" w:rsidR="00D34958" w:rsidRPr="00D34958" w:rsidRDefault="00D34958" w:rsidP="00D34958">
            <w:pPr>
              <w:spacing w:after="0"/>
            </w:pPr>
            <w:r>
              <w:rPr>
                <w:b/>
                <w:color w:val="17365D"/>
                <w:sz w:val="24"/>
              </w:rPr>
              <w:lastRenderedPageBreak/>
              <w:t>f</w:t>
            </w:r>
            <w:r w:rsidRPr="00D34958">
              <w:rPr>
                <w:b/>
                <w:color w:val="17365D"/>
                <w:sz w:val="24"/>
              </w:rPr>
              <w:t>.  84</w:t>
            </w:r>
          </w:p>
          <w:p w14:paraId="719C8F95" w14:textId="77777777" w:rsidR="00D34958" w:rsidRPr="00D34958" w:rsidRDefault="00D34958" w:rsidP="00D34958">
            <w:pPr>
              <w:spacing w:after="0"/>
            </w:pPr>
            <w:proofErr w:type="spellStart"/>
            <w:proofErr w:type="gramStart"/>
            <w:r w:rsidRPr="00D34958">
              <w:rPr>
                <w:color w:val="000000"/>
                <w:sz w:val="21"/>
              </w:rPr>
              <w:t>Calculs</w:t>
            </w:r>
            <w:proofErr w:type="spellEnd"/>
            <w:r w:rsidRPr="00D34958">
              <w:rPr>
                <w:color w:val="000000"/>
                <w:sz w:val="21"/>
              </w:rPr>
              <w:t xml:space="preserve"> :</w:t>
            </w:r>
            <w:proofErr w:type="gramEnd"/>
            <w:r w:rsidRPr="00D34958">
              <w:br/>
            </w:r>
            <w:r w:rsidRPr="00D34958">
              <w:br/>
            </w:r>
          </w:p>
          <w:p w14:paraId="2DBE7275" w14:textId="77777777" w:rsidR="00D34958" w:rsidRPr="00D34958" w:rsidRDefault="00D34958" w:rsidP="00D34958">
            <w:pPr>
              <w:spacing w:after="0"/>
            </w:pPr>
          </w:p>
          <w:p w14:paraId="09334B39" w14:textId="77777777" w:rsidR="00D34958" w:rsidRPr="00D34958" w:rsidRDefault="00D34958" w:rsidP="00D34958">
            <w:pPr>
              <w:spacing w:after="0"/>
            </w:pPr>
          </w:p>
          <w:p w14:paraId="50D26C50" w14:textId="7E39C479" w:rsidR="00D34958" w:rsidRPr="00D34958" w:rsidRDefault="00D34958" w:rsidP="00D34958">
            <w:pPr>
              <w:spacing w:after="0"/>
            </w:pPr>
            <w:r w:rsidRPr="00D34958">
              <w:br/>
            </w:r>
            <w:proofErr w:type="gramStart"/>
            <w:r w:rsidRPr="00D34958">
              <w:rPr>
                <w:color w:val="000000"/>
                <w:sz w:val="21"/>
              </w:rPr>
              <w:t>Réponse :</w:t>
            </w:r>
            <w:proofErr w:type="gramEnd"/>
            <w:r w:rsidRPr="00D34958">
              <w:rPr>
                <w:color w:val="000000"/>
                <w:sz w:val="21"/>
              </w:rPr>
              <w:t xml:space="preserve">  ______________________________</w:t>
            </w:r>
          </w:p>
        </w:tc>
      </w:tr>
      <w:tr w:rsidR="00D34958" w:rsidRPr="00D34958" w14:paraId="24E8A59E" w14:textId="77777777" w:rsidTr="00D34958">
        <w:tblPrEx>
          <w:jc w:val="left"/>
        </w:tblPrEx>
        <w:trPr>
          <w:trHeight w:val="2684"/>
        </w:trPr>
        <w:tc>
          <w:tcPr>
            <w:tcW w:w="10067" w:type="dxa"/>
          </w:tcPr>
          <w:p w14:paraId="08C618BF" w14:textId="146E1A06" w:rsidR="00D34958" w:rsidRPr="00D34958" w:rsidRDefault="00D34958" w:rsidP="00D34958">
            <w:pPr>
              <w:spacing w:after="0"/>
            </w:pPr>
            <w:r>
              <w:rPr>
                <w:b/>
                <w:color w:val="17365D"/>
                <w:sz w:val="24"/>
              </w:rPr>
              <w:t>g</w:t>
            </w:r>
            <w:r w:rsidRPr="00D34958">
              <w:rPr>
                <w:b/>
                <w:color w:val="17365D"/>
                <w:sz w:val="24"/>
              </w:rPr>
              <w:t>.  150</w:t>
            </w:r>
          </w:p>
          <w:p w14:paraId="2730F3E7" w14:textId="77777777" w:rsidR="00D34958" w:rsidRPr="00D34958" w:rsidRDefault="00D34958" w:rsidP="00D34958">
            <w:pPr>
              <w:spacing w:after="0"/>
            </w:pPr>
            <w:proofErr w:type="spellStart"/>
            <w:proofErr w:type="gramStart"/>
            <w:r w:rsidRPr="00D34958">
              <w:rPr>
                <w:color w:val="000000"/>
                <w:sz w:val="21"/>
              </w:rPr>
              <w:t>Calculs</w:t>
            </w:r>
            <w:proofErr w:type="spellEnd"/>
            <w:r w:rsidRPr="00D34958">
              <w:rPr>
                <w:color w:val="000000"/>
                <w:sz w:val="21"/>
              </w:rPr>
              <w:t xml:space="preserve"> :</w:t>
            </w:r>
            <w:proofErr w:type="gramEnd"/>
            <w:r w:rsidRPr="00D34958">
              <w:br/>
            </w:r>
            <w:r w:rsidRPr="00D34958">
              <w:br/>
            </w:r>
          </w:p>
          <w:p w14:paraId="3819A180" w14:textId="77777777" w:rsidR="00D34958" w:rsidRPr="00D34958" w:rsidRDefault="00D34958" w:rsidP="00D34958">
            <w:pPr>
              <w:spacing w:after="0"/>
            </w:pPr>
          </w:p>
          <w:p w14:paraId="4DB56E9B" w14:textId="77777777" w:rsidR="00D34958" w:rsidRPr="00D34958" w:rsidRDefault="00D34958" w:rsidP="00D34958">
            <w:pPr>
              <w:spacing w:after="0"/>
            </w:pPr>
          </w:p>
          <w:p w14:paraId="32AFFF79" w14:textId="4A5583FD" w:rsidR="00D34958" w:rsidRPr="00D34958" w:rsidRDefault="00D34958" w:rsidP="00D34958">
            <w:pPr>
              <w:spacing w:after="0"/>
            </w:pPr>
            <w:r w:rsidRPr="00D34958">
              <w:br/>
            </w:r>
            <w:proofErr w:type="gramStart"/>
            <w:r w:rsidRPr="00D34958">
              <w:rPr>
                <w:color w:val="000000"/>
                <w:sz w:val="21"/>
              </w:rPr>
              <w:t>Réponse :</w:t>
            </w:r>
            <w:proofErr w:type="gramEnd"/>
            <w:r w:rsidRPr="00D34958">
              <w:rPr>
                <w:color w:val="000000"/>
                <w:sz w:val="21"/>
              </w:rPr>
              <w:t xml:space="preserve">  ______________________________</w:t>
            </w:r>
          </w:p>
        </w:tc>
      </w:tr>
      <w:tr w:rsidR="00D34958" w:rsidRPr="00D34958" w14:paraId="690C3809" w14:textId="77777777" w:rsidTr="00D34958">
        <w:tblPrEx>
          <w:jc w:val="left"/>
        </w:tblPrEx>
        <w:trPr>
          <w:trHeight w:val="2684"/>
        </w:trPr>
        <w:tc>
          <w:tcPr>
            <w:tcW w:w="10067" w:type="dxa"/>
          </w:tcPr>
          <w:p w14:paraId="0C265E04" w14:textId="2E51339E" w:rsidR="00D34958" w:rsidRPr="00D34958" w:rsidRDefault="00D34958" w:rsidP="00D34958">
            <w:pPr>
              <w:spacing w:after="0"/>
            </w:pPr>
            <w:r>
              <w:rPr>
                <w:b/>
                <w:color w:val="17365D"/>
                <w:sz w:val="24"/>
              </w:rPr>
              <w:t>h</w:t>
            </w:r>
            <w:r w:rsidRPr="00D34958">
              <w:rPr>
                <w:b/>
                <w:color w:val="17365D"/>
                <w:sz w:val="24"/>
              </w:rPr>
              <w:t>.  231</w:t>
            </w:r>
          </w:p>
          <w:p w14:paraId="595C2AA6" w14:textId="77777777" w:rsidR="00D34958" w:rsidRPr="00D34958" w:rsidRDefault="00D34958" w:rsidP="00D34958">
            <w:pPr>
              <w:spacing w:after="0"/>
            </w:pPr>
            <w:proofErr w:type="spellStart"/>
            <w:proofErr w:type="gramStart"/>
            <w:r w:rsidRPr="00D34958">
              <w:rPr>
                <w:color w:val="000000"/>
                <w:sz w:val="21"/>
              </w:rPr>
              <w:t>Calculs</w:t>
            </w:r>
            <w:proofErr w:type="spellEnd"/>
            <w:r w:rsidRPr="00D34958">
              <w:rPr>
                <w:color w:val="000000"/>
                <w:sz w:val="21"/>
              </w:rPr>
              <w:t xml:space="preserve"> :</w:t>
            </w:r>
            <w:proofErr w:type="gramEnd"/>
            <w:r w:rsidRPr="00D34958">
              <w:br/>
            </w:r>
          </w:p>
          <w:p w14:paraId="1D65963C" w14:textId="77777777" w:rsidR="00D34958" w:rsidRPr="00D34958" w:rsidRDefault="00D34958" w:rsidP="00D34958">
            <w:pPr>
              <w:spacing w:after="0"/>
            </w:pPr>
          </w:p>
          <w:p w14:paraId="2A7FCDEE" w14:textId="77777777" w:rsidR="00D34958" w:rsidRPr="00D34958" w:rsidRDefault="00D34958" w:rsidP="00D34958">
            <w:pPr>
              <w:spacing w:after="0"/>
            </w:pPr>
          </w:p>
          <w:p w14:paraId="36F17B19" w14:textId="5D413AF6" w:rsidR="00D34958" w:rsidRPr="00D34958" w:rsidRDefault="00D34958" w:rsidP="00D34958">
            <w:pPr>
              <w:spacing w:after="0"/>
            </w:pPr>
            <w:r w:rsidRPr="00D34958">
              <w:br/>
            </w:r>
            <w:r w:rsidRPr="00D34958">
              <w:br/>
            </w:r>
            <w:proofErr w:type="gramStart"/>
            <w:r w:rsidRPr="00D34958">
              <w:rPr>
                <w:color w:val="000000"/>
                <w:sz w:val="21"/>
              </w:rPr>
              <w:t>Réponse :</w:t>
            </w:r>
            <w:proofErr w:type="gramEnd"/>
            <w:r w:rsidRPr="00D34958">
              <w:rPr>
                <w:color w:val="000000"/>
                <w:sz w:val="21"/>
              </w:rPr>
              <w:t xml:space="preserve">  ______________________________</w:t>
            </w:r>
          </w:p>
        </w:tc>
      </w:tr>
      <w:tr w:rsidR="00D34958" w:rsidRPr="00D34958" w14:paraId="17EC983A" w14:textId="77777777" w:rsidTr="00D34958">
        <w:tblPrEx>
          <w:jc w:val="left"/>
        </w:tblPrEx>
        <w:trPr>
          <w:trHeight w:val="2684"/>
        </w:trPr>
        <w:tc>
          <w:tcPr>
            <w:tcW w:w="10067" w:type="dxa"/>
          </w:tcPr>
          <w:p w14:paraId="14CE95D4" w14:textId="3E8E25B3" w:rsidR="00D34958" w:rsidRPr="00D34958" w:rsidRDefault="00D34958" w:rsidP="00D34958">
            <w:pPr>
              <w:spacing w:after="0"/>
            </w:pPr>
            <w:proofErr w:type="spellStart"/>
            <w:r>
              <w:rPr>
                <w:b/>
                <w:color w:val="17365D"/>
                <w:sz w:val="24"/>
              </w:rPr>
              <w:t>i</w:t>
            </w:r>
            <w:proofErr w:type="spellEnd"/>
            <w:r w:rsidRPr="00D34958">
              <w:rPr>
                <w:b/>
                <w:color w:val="17365D"/>
                <w:sz w:val="24"/>
              </w:rPr>
              <w:t>.  455</w:t>
            </w:r>
          </w:p>
          <w:p w14:paraId="5694B799" w14:textId="77777777" w:rsidR="00D34958" w:rsidRPr="00D34958" w:rsidRDefault="00D34958" w:rsidP="00D34958">
            <w:pPr>
              <w:spacing w:after="0"/>
            </w:pPr>
            <w:proofErr w:type="spellStart"/>
            <w:proofErr w:type="gramStart"/>
            <w:r w:rsidRPr="00D34958">
              <w:rPr>
                <w:color w:val="000000"/>
                <w:sz w:val="21"/>
              </w:rPr>
              <w:t>Calculs</w:t>
            </w:r>
            <w:proofErr w:type="spellEnd"/>
            <w:r w:rsidRPr="00D34958">
              <w:rPr>
                <w:color w:val="000000"/>
                <w:sz w:val="21"/>
              </w:rPr>
              <w:t xml:space="preserve"> :</w:t>
            </w:r>
            <w:proofErr w:type="gramEnd"/>
            <w:r w:rsidRPr="00D34958">
              <w:br/>
            </w:r>
          </w:p>
          <w:p w14:paraId="1750E638" w14:textId="77777777" w:rsidR="00D34958" w:rsidRPr="00D34958" w:rsidRDefault="00D34958" w:rsidP="00D34958">
            <w:pPr>
              <w:spacing w:after="0"/>
            </w:pPr>
          </w:p>
          <w:p w14:paraId="346D0827" w14:textId="77777777" w:rsidR="00D34958" w:rsidRPr="00D34958" w:rsidRDefault="00D34958" w:rsidP="00D34958">
            <w:pPr>
              <w:spacing w:after="0"/>
            </w:pPr>
          </w:p>
          <w:p w14:paraId="54569059" w14:textId="159C9E2E" w:rsidR="00D34958" w:rsidRPr="00D34958" w:rsidRDefault="00D34958" w:rsidP="00D34958">
            <w:pPr>
              <w:spacing w:after="0"/>
            </w:pPr>
            <w:r w:rsidRPr="00D34958">
              <w:br/>
            </w:r>
            <w:r w:rsidRPr="00D34958">
              <w:br/>
            </w:r>
            <w:proofErr w:type="gramStart"/>
            <w:r w:rsidRPr="00D34958">
              <w:rPr>
                <w:color w:val="000000"/>
                <w:sz w:val="21"/>
              </w:rPr>
              <w:t>Réponse :</w:t>
            </w:r>
            <w:proofErr w:type="gramEnd"/>
            <w:r w:rsidRPr="00D34958">
              <w:rPr>
                <w:color w:val="000000"/>
                <w:sz w:val="21"/>
              </w:rPr>
              <w:t xml:space="preserve">  ______________________________</w:t>
            </w:r>
          </w:p>
        </w:tc>
      </w:tr>
      <w:tr w:rsidR="00D34958" w14:paraId="68E2AD8C" w14:textId="77777777" w:rsidTr="00D34958">
        <w:tblPrEx>
          <w:jc w:val="left"/>
        </w:tblPrEx>
        <w:trPr>
          <w:trHeight w:val="2684"/>
        </w:trPr>
        <w:tc>
          <w:tcPr>
            <w:tcW w:w="10067" w:type="dxa"/>
          </w:tcPr>
          <w:p w14:paraId="6A98A024" w14:textId="341FA5A8" w:rsidR="00D34958" w:rsidRPr="00D34958" w:rsidRDefault="00D34958" w:rsidP="00D34958">
            <w:pPr>
              <w:spacing w:after="0"/>
            </w:pPr>
            <w:r>
              <w:rPr>
                <w:b/>
                <w:color w:val="17365D"/>
                <w:sz w:val="24"/>
              </w:rPr>
              <w:t>j.</w:t>
            </w:r>
            <w:r w:rsidRPr="00D34958">
              <w:rPr>
                <w:b/>
                <w:color w:val="17365D"/>
                <w:sz w:val="24"/>
              </w:rPr>
              <w:t xml:space="preserve">  715</w:t>
            </w:r>
          </w:p>
          <w:p w14:paraId="57769405" w14:textId="77777777" w:rsidR="00D34958" w:rsidRPr="00D34958" w:rsidRDefault="00D34958" w:rsidP="00D34958">
            <w:pPr>
              <w:spacing w:after="0"/>
            </w:pPr>
            <w:proofErr w:type="spellStart"/>
            <w:proofErr w:type="gramStart"/>
            <w:r w:rsidRPr="00D34958">
              <w:rPr>
                <w:color w:val="000000"/>
                <w:sz w:val="21"/>
              </w:rPr>
              <w:t>Calculs</w:t>
            </w:r>
            <w:proofErr w:type="spellEnd"/>
            <w:r w:rsidRPr="00D34958">
              <w:rPr>
                <w:color w:val="000000"/>
                <w:sz w:val="21"/>
              </w:rPr>
              <w:t xml:space="preserve"> :</w:t>
            </w:r>
            <w:proofErr w:type="gramEnd"/>
            <w:r w:rsidRPr="00D34958">
              <w:br/>
            </w:r>
            <w:r w:rsidRPr="00D34958">
              <w:br/>
            </w:r>
          </w:p>
          <w:p w14:paraId="172507F7" w14:textId="77777777" w:rsidR="00D34958" w:rsidRPr="00D34958" w:rsidRDefault="00D34958" w:rsidP="00D34958">
            <w:pPr>
              <w:spacing w:after="0"/>
            </w:pPr>
          </w:p>
          <w:p w14:paraId="19B6AF7B" w14:textId="77777777" w:rsidR="00D34958" w:rsidRPr="00D34958" w:rsidRDefault="00D34958" w:rsidP="00D34958">
            <w:pPr>
              <w:spacing w:after="0"/>
            </w:pPr>
          </w:p>
          <w:p w14:paraId="7C447252" w14:textId="02AF4A01" w:rsidR="00D34958" w:rsidRDefault="00D34958" w:rsidP="00D34958">
            <w:pPr>
              <w:spacing w:after="0"/>
            </w:pPr>
            <w:r w:rsidRPr="00D34958">
              <w:br/>
            </w:r>
            <w:proofErr w:type="gramStart"/>
            <w:r w:rsidRPr="00D34958">
              <w:rPr>
                <w:color w:val="000000"/>
                <w:sz w:val="21"/>
              </w:rPr>
              <w:t>Réponse :</w:t>
            </w:r>
            <w:proofErr w:type="gramEnd"/>
            <w:r w:rsidRPr="00D34958">
              <w:rPr>
                <w:color w:val="000000"/>
                <w:sz w:val="21"/>
              </w:rPr>
              <w:t xml:space="preserve">  ______________________________</w:t>
            </w:r>
          </w:p>
        </w:tc>
      </w:tr>
    </w:tbl>
    <w:p w14:paraId="03192FFD" w14:textId="77777777" w:rsidR="00371739" w:rsidRDefault="00000000">
      <w:r>
        <w:br w:type="page"/>
      </w:r>
    </w:p>
    <w:p w14:paraId="15544E04" w14:textId="233A8289" w:rsidR="00371739" w:rsidRDefault="00371739">
      <w:pPr>
        <w:spacing w:after="160"/>
      </w:pPr>
    </w:p>
    <w:p w14:paraId="3DE44BBA" w14:textId="77777777" w:rsidR="00D34958" w:rsidRDefault="00D34958">
      <w:pPr>
        <w:spacing w:after="60"/>
        <w:jc w:val="center"/>
        <w:rPr>
          <w:b/>
          <w:color w:val="17365D"/>
          <w:sz w:val="44"/>
        </w:rPr>
      </w:pPr>
    </w:p>
    <w:p w14:paraId="25FB54C3" w14:textId="09A2996B" w:rsidR="00371739" w:rsidRDefault="00000000">
      <w:pPr>
        <w:spacing w:after="60"/>
        <w:jc w:val="center"/>
      </w:pPr>
      <w:proofErr w:type="spellStart"/>
      <w:r>
        <w:rPr>
          <w:b/>
          <w:color w:val="17365D"/>
          <w:sz w:val="44"/>
        </w:rPr>
        <w:t>Corrigé</w:t>
      </w:r>
      <w:proofErr w:type="spellEnd"/>
    </w:p>
    <w:p w14:paraId="40BFA20D" w14:textId="3D22EFA1" w:rsidR="00371739" w:rsidRDefault="00371739">
      <w:pPr>
        <w:spacing w:after="180"/>
      </w:pPr>
    </w:p>
    <w:tbl>
      <w:tblPr>
        <w:tblStyle w:val="Grilledutableau"/>
        <w:tblW w:w="4140" w:type="dxa"/>
        <w:jc w:val="center"/>
        <w:tblLayout w:type="fixed"/>
        <w:tblLook w:val="04A0" w:firstRow="1" w:lastRow="0" w:firstColumn="1" w:lastColumn="0" w:noHBand="0" w:noVBand="1"/>
      </w:tblPr>
      <w:tblGrid>
        <w:gridCol w:w="4140"/>
      </w:tblGrid>
      <w:tr w:rsidR="00D34958" w14:paraId="2ED13FA4" w14:textId="77777777" w:rsidTr="00D34958">
        <w:trPr>
          <w:trHeight w:val="407"/>
          <w:tblHeader/>
          <w:jc w:val="center"/>
        </w:trPr>
        <w:tc>
          <w:tcPr>
            <w:tcW w:w="4140" w:type="dxa"/>
            <w:shd w:val="clear" w:color="auto" w:fill="17365D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DE394D3" w14:textId="77777777" w:rsidR="00D34958" w:rsidRDefault="00D34958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Décomposition</w:t>
            </w:r>
            <w:proofErr w:type="spellEnd"/>
          </w:p>
        </w:tc>
      </w:tr>
      <w:tr w:rsidR="00D34958" w14:paraId="3DA0B910" w14:textId="77777777" w:rsidTr="00D34958">
        <w:trPr>
          <w:trHeight w:val="407"/>
          <w:jc w:val="center"/>
        </w:trPr>
        <w:tc>
          <w:tcPr>
            <w:tcW w:w="4140" w:type="dxa"/>
          </w:tcPr>
          <w:p w14:paraId="05E50295" w14:textId="77777777" w:rsidR="00D34958" w:rsidRDefault="00D34958">
            <w:pPr>
              <w:spacing w:after="0"/>
              <w:jc w:val="center"/>
            </w:pPr>
            <w:r>
              <w:rPr>
                <w:b/>
                <w:color w:val="17365D"/>
                <w:sz w:val="20"/>
              </w:rPr>
              <w:t>24 = 2³ × 3</w:t>
            </w:r>
          </w:p>
        </w:tc>
      </w:tr>
      <w:tr w:rsidR="00D34958" w14:paraId="33B7D32D" w14:textId="77777777" w:rsidTr="00D34958">
        <w:trPr>
          <w:trHeight w:val="407"/>
          <w:jc w:val="center"/>
        </w:trPr>
        <w:tc>
          <w:tcPr>
            <w:tcW w:w="4140" w:type="dxa"/>
            <w:shd w:val="clear" w:color="auto" w:fill="F7F9FB"/>
          </w:tcPr>
          <w:p w14:paraId="00576484" w14:textId="77777777" w:rsidR="00D34958" w:rsidRDefault="00D34958">
            <w:pPr>
              <w:spacing w:after="0"/>
              <w:jc w:val="center"/>
            </w:pPr>
            <w:r>
              <w:rPr>
                <w:b/>
                <w:color w:val="17365D"/>
                <w:sz w:val="20"/>
              </w:rPr>
              <w:t>54 = 2 × 3³</w:t>
            </w:r>
          </w:p>
        </w:tc>
      </w:tr>
      <w:tr w:rsidR="00D34958" w14:paraId="42D364F6" w14:textId="77777777" w:rsidTr="00D34958">
        <w:trPr>
          <w:trHeight w:val="395"/>
          <w:jc w:val="center"/>
        </w:trPr>
        <w:tc>
          <w:tcPr>
            <w:tcW w:w="4140" w:type="dxa"/>
          </w:tcPr>
          <w:p w14:paraId="398BCA0F" w14:textId="77777777" w:rsidR="00D34958" w:rsidRDefault="00D34958">
            <w:pPr>
              <w:spacing w:after="0"/>
              <w:jc w:val="center"/>
            </w:pPr>
            <w:r>
              <w:rPr>
                <w:b/>
                <w:color w:val="17365D"/>
                <w:sz w:val="20"/>
              </w:rPr>
              <w:t>500 = 2² × 5³</w:t>
            </w:r>
          </w:p>
        </w:tc>
      </w:tr>
      <w:tr w:rsidR="00D34958" w14:paraId="0C9C0828" w14:textId="77777777" w:rsidTr="00D34958">
        <w:trPr>
          <w:trHeight w:val="407"/>
          <w:jc w:val="center"/>
        </w:trPr>
        <w:tc>
          <w:tcPr>
            <w:tcW w:w="4140" w:type="dxa"/>
            <w:shd w:val="clear" w:color="auto" w:fill="F7F9FB"/>
          </w:tcPr>
          <w:p w14:paraId="1BC917A0" w14:textId="77777777" w:rsidR="00D34958" w:rsidRDefault="00D34958">
            <w:pPr>
              <w:spacing w:after="0"/>
              <w:jc w:val="center"/>
            </w:pPr>
            <w:r>
              <w:rPr>
                <w:b/>
                <w:color w:val="17365D"/>
                <w:sz w:val="20"/>
              </w:rPr>
              <w:t>288 = 2⁵ × 3²</w:t>
            </w:r>
          </w:p>
        </w:tc>
      </w:tr>
      <w:tr w:rsidR="00D34958" w14:paraId="54E46524" w14:textId="77777777" w:rsidTr="00D34958">
        <w:trPr>
          <w:trHeight w:val="407"/>
          <w:jc w:val="center"/>
        </w:trPr>
        <w:tc>
          <w:tcPr>
            <w:tcW w:w="4140" w:type="dxa"/>
          </w:tcPr>
          <w:p w14:paraId="6BE54065" w14:textId="77777777" w:rsidR="00D34958" w:rsidRDefault="00D34958">
            <w:pPr>
              <w:spacing w:after="0"/>
              <w:jc w:val="center"/>
            </w:pPr>
            <w:r>
              <w:rPr>
                <w:b/>
                <w:color w:val="17365D"/>
                <w:sz w:val="20"/>
              </w:rPr>
              <w:t>128 = 2⁷</w:t>
            </w:r>
          </w:p>
        </w:tc>
      </w:tr>
      <w:tr w:rsidR="00D34958" w14:paraId="63D8BBED" w14:textId="77777777" w:rsidTr="00D34958">
        <w:trPr>
          <w:trHeight w:val="395"/>
          <w:jc w:val="center"/>
        </w:trPr>
        <w:tc>
          <w:tcPr>
            <w:tcW w:w="4140" w:type="dxa"/>
            <w:shd w:val="clear" w:color="auto" w:fill="F7F9FB"/>
          </w:tcPr>
          <w:p w14:paraId="7BDCE20B" w14:textId="77777777" w:rsidR="00D34958" w:rsidRDefault="00D34958">
            <w:pPr>
              <w:spacing w:after="0"/>
              <w:jc w:val="center"/>
            </w:pPr>
            <w:r>
              <w:rPr>
                <w:b/>
                <w:color w:val="17365D"/>
                <w:sz w:val="20"/>
              </w:rPr>
              <w:t>84 = 2² × 3 × 7</w:t>
            </w:r>
          </w:p>
        </w:tc>
      </w:tr>
      <w:tr w:rsidR="00D34958" w14:paraId="47ADC94D" w14:textId="77777777" w:rsidTr="00D34958">
        <w:trPr>
          <w:trHeight w:val="407"/>
          <w:jc w:val="center"/>
        </w:trPr>
        <w:tc>
          <w:tcPr>
            <w:tcW w:w="4140" w:type="dxa"/>
          </w:tcPr>
          <w:p w14:paraId="319BF90A" w14:textId="77777777" w:rsidR="00D34958" w:rsidRDefault="00D34958">
            <w:pPr>
              <w:spacing w:after="0"/>
              <w:jc w:val="center"/>
            </w:pPr>
            <w:r>
              <w:rPr>
                <w:b/>
                <w:color w:val="17365D"/>
                <w:sz w:val="20"/>
              </w:rPr>
              <w:t>150 = 2 × 3 × 5²</w:t>
            </w:r>
          </w:p>
        </w:tc>
      </w:tr>
      <w:tr w:rsidR="00D34958" w14:paraId="2D928206" w14:textId="77777777" w:rsidTr="00D34958">
        <w:trPr>
          <w:trHeight w:val="407"/>
          <w:jc w:val="center"/>
        </w:trPr>
        <w:tc>
          <w:tcPr>
            <w:tcW w:w="4140" w:type="dxa"/>
            <w:shd w:val="clear" w:color="auto" w:fill="F7F9FB"/>
          </w:tcPr>
          <w:p w14:paraId="7C0A2DF8" w14:textId="77777777" w:rsidR="00D34958" w:rsidRDefault="00D34958">
            <w:pPr>
              <w:spacing w:after="0"/>
              <w:jc w:val="center"/>
            </w:pPr>
            <w:r>
              <w:rPr>
                <w:b/>
                <w:color w:val="17365D"/>
                <w:sz w:val="20"/>
              </w:rPr>
              <w:t>231 = 3 × 7 × 11</w:t>
            </w:r>
          </w:p>
        </w:tc>
      </w:tr>
      <w:tr w:rsidR="00D34958" w14:paraId="0696C67A" w14:textId="77777777" w:rsidTr="00D34958">
        <w:trPr>
          <w:trHeight w:val="407"/>
          <w:jc w:val="center"/>
        </w:trPr>
        <w:tc>
          <w:tcPr>
            <w:tcW w:w="4140" w:type="dxa"/>
          </w:tcPr>
          <w:p w14:paraId="402FD8A3" w14:textId="77777777" w:rsidR="00D34958" w:rsidRDefault="00D34958">
            <w:pPr>
              <w:spacing w:after="0"/>
              <w:jc w:val="center"/>
            </w:pPr>
            <w:r>
              <w:rPr>
                <w:b/>
                <w:color w:val="17365D"/>
                <w:sz w:val="20"/>
              </w:rPr>
              <w:t>455 = 5 × 7 × 13</w:t>
            </w:r>
          </w:p>
        </w:tc>
      </w:tr>
      <w:tr w:rsidR="00D34958" w14:paraId="713834A8" w14:textId="77777777" w:rsidTr="00D34958">
        <w:trPr>
          <w:trHeight w:val="395"/>
          <w:jc w:val="center"/>
        </w:trPr>
        <w:tc>
          <w:tcPr>
            <w:tcW w:w="4140" w:type="dxa"/>
            <w:shd w:val="clear" w:color="auto" w:fill="F7F9FB"/>
          </w:tcPr>
          <w:p w14:paraId="236EEAF3" w14:textId="77777777" w:rsidR="00D34958" w:rsidRDefault="00D34958">
            <w:pPr>
              <w:spacing w:after="0"/>
              <w:jc w:val="center"/>
            </w:pPr>
            <w:r>
              <w:rPr>
                <w:b/>
                <w:color w:val="17365D"/>
                <w:sz w:val="20"/>
              </w:rPr>
              <w:t>715 = 5 × 11 × 13</w:t>
            </w:r>
          </w:p>
        </w:tc>
      </w:tr>
    </w:tbl>
    <w:p w14:paraId="1448FCB5" w14:textId="58644BB4" w:rsidR="00371739" w:rsidRDefault="00371739">
      <w:pPr>
        <w:spacing w:before="160" w:after="0"/>
      </w:pPr>
    </w:p>
    <w:sectPr w:rsidR="00371739" w:rsidSect="00D34958"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05B02" w14:textId="77777777" w:rsidR="00890D5A" w:rsidRDefault="00890D5A">
      <w:pPr>
        <w:spacing w:after="0" w:line="240" w:lineRule="auto"/>
      </w:pPr>
      <w:r>
        <w:separator/>
      </w:r>
    </w:p>
  </w:endnote>
  <w:endnote w:type="continuationSeparator" w:id="0">
    <w:p w14:paraId="6E182EA8" w14:textId="77777777" w:rsidR="00890D5A" w:rsidRDefault="00890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0267D" w14:textId="77777777" w:rsidR="00890D5A" w:rsidRDefault="00890D5A">
      <w:pPr>
        <w:spacing w:after="0" w:line="240" w:lineRule="auto"/>
      </w:pPr>
      <w:r>
        <w:separator/>
      </w:r>
    </w:p>
  </w:footnote>
  <w:footnote w:type="continuationSeparator" w:id="0">
    <w:p w14:paraId="7FAA6D7B" w14:textId="77777777" w:rsidR="00890D5A" w:rsidRDefault="00890D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2321361">
    <w:abstractNumId w:val="8"/>
  </w:num>
  <w:num w:numId="2" w16cid:durableId="1266229781">
    <w:abstractNumId w:val="6"/>
  </w:num>
  <w:num w:numId="3" w16cid:durableId="120267549">
    <w:abstractNumId w:val="5"/>
  </w:num>
  <w:num w:numId="4" w16cid:durableId="467431031">
    <w:abstractNumId w:val="4"/>
  </w:num>
  <w:num w:numId="5" w16cid:durableId="420418370">
    <w:abstractNumId w:val="7"/>
  </w:num>
  <w:num w:numId="6" w16cid:durableId="471795033">
    <w:abstractNumId w:val="3"/>
  </w:num>
  <w:num w:numId="7" w16cid:durableId="2032409338">
    <w:abstractNumId w:val="2"/>
  </w:num>
  <w:num w:numId="8" w16cid:durableId="355742588">
    <w:abstractNumId w:val="1"/>
  </w:num>
  <w:num w:numId="9" w16cid:durableId="603194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71739"/>
    <w:rsid w:val="004E551C"/>
    <w:rsid w:val="00890D5A"/>
    <w:rsid w:val="00AA1D8D"/>
    <w:rsid w:val="00B47730"/>
    <w:rsid w:val="00CB0664"/>
    <w:rsid w:val="00D349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9C16999"/>
  <w14:defaultImageDpi w14:val="300"/>
  <w15:docId w15:val="{9180D8E4-DEAA-A642-AA9C-1840A779F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158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Raphaèle Milard Jurczenko</cp:lastModifiedBy>
  <cp:revision>2</cp:revision>
  <dcterms:created xsi:type="dcterms:W3CDTF">2026-09-06T09:54:00Z</dcterms:created>
  <dcterms:modified xsi:type="dcterms:W3CDTF">2026-09-06T09:54:00Z</dcterms:modified>
  <cp:category/>
</cp:coreProperties>
</file>